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961"/>
      </w:tblGrid>
      <w:tr w:rsidR="008F26BB" w:rsidRPr="00FE3F06" w14:paraId="7BAD5BA6" w14:textId="77777777" w:rsidTr="00FE3F06">
        <w:tc>
          <w:tcPr>
            <w:tcW w:w="5070" w:type="dxa"/>
          </w:tcPr>
          <w:p w14:paraId="0C3AB576" w14:textId="77777777" w:rsidR="008F26BB" w:rsidRPr="00FE3F06" w:rsidRDefault="008F26BB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</w:tcPr>
          <w:p w14:paraId="43502C69" w14:textId="3F3B08B9" w:rsidR="008F26BB" w:rsidRPr="00FE3F06" w:rsidRDefault="00FE3F06">
            <w:pPr>
              <w:spacing w:after="0" w:line="240" w:lineRule="auto"/>
              <w:rPr>
                <w:sz w:val="24"/>
                <w:szCs w:val="24"/>
                <w:lang w:val="uk-UA"/>
              </w:rPr>
            </w:pPr>
            <w:r w:rsidRPr="00FE3F06">
              <w:rPr>
                <w:sz w:val="24"/>
                <w:szCs w:val="24"/>
                <w:lang w:val="uk-UA"/>
              </w:rPr>
              <w:t>Декану факультету фізичного виховання і</w:t>
            </w:r>
            <w:r w:rsidRPr="00FE3F06">
              <w:rPr>
                <w:sz w:val="24"/>
                <w:szCs w:val="24"/>
                <w:lang w:val="uk-UA"/>
              </w:rPr>
              <w:t xml:space="preserve"> спорту</w:t>
            </w:r>
          </w:p>
          <w:p w14:paraId="75C488FD" w14:textId="77777777" w:rsidR="008F26BB" w:rsidRPr="00FE3F06" w:rsidRDefault="00FE3F06">
            <w:pPr>
              <w:spacing w:after="0" w:line="240" w:lineRule="auto"/>
              <w:rPr>
                <w:sz w:val="24"/>
                <w:szCs w:val="24"/>
                <w:lang w:val="uk-UA"/>
              </w:rPr>
            </w:pPr>
            <w:r w:rsidRPr="00FE3F06">
              <w:rPr>
                <w:sz w:val="24"/>
                <w:szCs w:val="24"/>
                <w:lang w:val="uk-UA"/>
              </w:rPr>
              <w:t>ЧНУ імені Петра Могили</w:t>
            </w:r>
          </w:p>
          <w:p w14:paraId="0FC851BE" w14:textId="77777777" w:rsidR="008F26BB" w:rsidRPr="00FE3F06" w:rsidRDefault="00FE3F06">
            <w:pPr>
              <w:spacing w:after="0" w:line="240" w:lineRule="auto"/>
              <w:rPr>
                <w:sz w:val="24"/>
                <w:szCs w:val="24"/>
                <w:lang w:val="uk-UA"/>
              </w:rPr>
            </w:pPr>
            <w:r w:rsidRPr="00FE3F06">
              <w:rPr>
                <w:sz w:val="24"/>
                <w:szCs w:val="24"/>
                <w:lang w:val="uk-UA"/>
              </w:rPr>
              <w:t>__________________________________</w:t>
            </w:r>
          </w:p>
          <w:p w14:paraId="12F49502" w14:textId="77777777" w:rsidR="008F26BB" w:rsidRPr="00FE3F06" w:rsidRDefault="00FE3F06">
            <w:pPr>
              <w:spacing w:after="0" w:line="240" w:lineRule="auto"/>
              <w:rPr>
                <w:sz w:val="24"/>
                <w:szCs w:val="24"/>
                <w:lang w:val="uk-UA"/>
              </w:rPr>
            </w:pPr>
            <w:r w:rsidRPr="00FE3F06">
              <w:rPr>
                <w:i/>
                <w:sz w:val="24"/>
                <w:szCs w:val="24"/>
                <w:lang w:val="uk-UA"/>
              </w:rPr>
              <w:t>(власне ім’я, ПРІЗВИЩЕ)</w:t>
            </w:r>
          </w:p>
          <w:p w14:paraId="4C051CEE" w14:textId="77777777" w:rsidR="008F26BB" w:rsidRPr="00FE3F06" w:rsidRDefault="008F26BB">
            <w:pPr>
              <w:spacing w:after="0" w:line="240" w:lineRule="auto"/>
              <w:rPr>
                <w:sz w:val="24"/>
                <w:szCs w:val="24"/>
                <w:lang w:val="uk-UA"/>
              </w:rPr>
            </w:pPr>
          </w:p>
          <w:p w14:paraId="7B33C0EE" w14:textId="77777777" w:rsidR="008F26BB" w:rsidRPr="00FE3F06" w:rsidRDefault="00FE3F06">
            <w:pPr>
              <w:spacing w:after="0" w:line="240" w:lineRule="auto"/>
              <w:rPr>
                <w:sz w:val="24"/>
                <w:szCs w:val="24"/>
                <w:lang w:val="uk-UA"/>
              </w:rPr>
            </w:pPr>
            <w:r w:rsidRPr="00FE3F06">
              <w:rPr>
                <w:sz w:val="24"/>
                <w:szCs w:val="24"/>
                <w:lang w:val="uk-UA"/>
              </w:rPr>
              <w:t>від здобувача(</w:t>
            </w:r>
            <w:proofErr w:type="spellStart"/>
            <w:r w:rsidRPr="00FE3F06">
              <w:rPr>
                <w:sz w:val="24"/>
                <w:szCs w:val="24"/>
                <w:lang w:val="uk-UA"/>
              </w:rPr>
              <w:t>ки</w:t>
            </w:r>
            <w:proofErr w:type="spellEnd"/>
            <w:r w:rsidRPr="00FE3F06">
              <w:rPr>
                <w:sz w:val="24"/>
                <w:szCs w:val="24"/>
                <w:lang w:val="uk-UA"/>
              </w:rPr>
              <w:t>) ______ курсу, групи ________</w:t>
            </w:r>
          </w:p>
          <w:p w14:paraId="0B7D6EF0" w14:textId="77777777" w:rsidR="008F26BB" w:rsidRPr="00FE3F06" w:rsidRDefault="00FE3F06">
            <w:pPr>
              <w:spacing w:after="0" w:line="240" w:lineRule="auto"/>
              <w:rPr>
                <w:sz w:val="24"/>
                <w:szCs w:val="24"/>
                <w:lang w:val="uk-UA"/>
              </w:rPr>
            </w:pPr>
            <w:r w:rsidRPr="00FE3F06">
              <w:rPr>
                <w:sz w:val="24"/>
                <w:szCs w:val="24"/>
                <w:lang w:val="uk-UA"/>
              </w:rPr>
              <w:t>спеціальність ___________________________</w:t>
            </w:r>
          </w:p>
          <w:p w14:paraId="6615A60E" w14:textId="77777777" w:rsidR="008F26BB" w:rsidRPr="00FE3F06" w:rsidRDefault="00FE3F06">
            <w:pPr>
              <w:spacing w:after="0" w:line="240" w:lineRule="auto"/>
              <w:rPr>
                <w:sz w:val="24"/>
                <w:szCs w:val="24"/>
                <w:lang w:val="uk-UA"/>
              </w:rPr>
            </w:pPr>
            <w:r w:rsidRPr="00FE3F06">
              <w:rPr>
                <w:sz w:val="24"/>
                <w:szCs w:val="24"/>
                <w:lang w:val="uk-UA"/>
              </w:rPr>
              <w:t xml:space="preserve">освітня програма </w:t>
            </w:r>
            <w:r w:rsidRPr="00FE3F06">
              <w:rPr>
                <w:sz w:val="24"/>
                <w:szCs w:val="24"/>
                <w:lang w:val="uk-UA"/>
              </w:rPr>
              <w:t>________________________</w:t>
            </w:r>
          </w:p>
          <w:p w14:paraId="6790621E" w14:textId="77777777" w:rsidR="008F26BB" w:rsidRPr="00FE3F06" w:rsidRDefault="00FE3F06">
            <w:pPr>
              <w:spacing w:after="0" w:line="240" w:lineRule="auto"/>
              <w:rPr>
                <w:sz w:val="24"/>
                <w:szCs w:val="24"/>
                <w:lang w:val="uk-UA"/>
              </w:rPr>
            </w:pPr>
            <w:r w:rsidRPr="00FE3F06">
              <w:rPr>
                <w:sz w:val="24"/>
                <w:szCs w:val="24"/>
                <w:lang w:val="uk-UA"/>
              </w:rPr>
              <w:t>__________________________________</w:t>
            </w:r>
          </w:p>
          <w:p w14:paraId="2910FC7B" w14:textId="77777777" w:rsidR="008F26BB" w:rsidRPr="00FE3F06" w:rsidRDefault="00FE3F06">
            <w:pPr>
              <w:spacing w:after="0" w:line="240" w:lineRule="auto"/>
              <w:rPr>
                <w:sz w:val="24"/>
                <w:szCs w:val="24"/>
                <w:lang w:val="uk-UA"/>
              </w:rPr>
            </w:pPr>
            <w:r w:rsidRPr="00FE3F06">
              <w:rPr>
                <w:i/>
                <w:sz w:val="24"/>
                <w:szCs w:val="24"/>
                <w:lang w:val="uk-UA"/>
              </w:rPr>
              <w:t>(ПІБ здобувача)</w:t>
            </w:r>
          </w:p>
          <w:p w14:paraId="0BB2BD86" w14:textId="77777777" w:rsidR="008F26BB" w:rsidRPr="00FE3F06" w:rsidRDefault="00FE3F06">
            <w:pPr>
              <w:spacing w:after="0" w:line="240" w:lineRule="auto"/>
              <w:rPr>
                <w:sz w:val="24"/>
                <w:szCs w:val="24"/>
                <w:lang w:val="uk-UA"/>
              </w:rPr>
            </w:pPr>
            <w:proofErr w:type="spellStart"/>
            <w:r w:rsidRPr="00FE3F06">
              <w:rPr>
                <w:sz w:val="24"/>
                <w:szCs w:val="24"/>
                <w:lang w:val="uk-UA"/>
              </w:rPr>
              <w:t>тел</w:t>
            </w:r>
            <w:proofErr w:type="spellEnd"/>
            <w:r w:rsidRPr="00FE3F06">
              <w:rPr>
                <w:sz w:val="24"/>
                <w:szCs w:val="24"/>
                <w:lang w:val="uk-UA"/>
              </w:rPr>
              <w:t>.: ___________________________________</w:t>
            </w:r>
          </w:p>
          <w:p w14:paraId="631D720E" w14:textId="77777777" w:rsidR="008F26BB" w:rsidRPr="00FE3F06" w:rsidRDefault="00FE3F06">
            <w:pPr>
              <w:spacing w:after="0" w:line="240" w:lineRule="auto"/>
              <w:rPr>
                <w:sz w:val="24"/>
                <w:szCs w:val="24"/>
                <w:lang w:val="uk-UA"/>
              </w:rPr>
            </w:pPr>
            <w:r w:rsidRPr="00FE3F06">
              <w:rPr>
                <w:sz w:val="24"/>
                <w:szCs w:val="24"/>
                <w:lang w:val="uk-UA"/>
              </w:rPr>
              <w:t>e-</w:t>
            </w:r>
            <w:proofErr w:type="spellStart"/>
            <w:r w:rsidRPr="00FE3F06">
              <w:rPr>
                <w:sz w:val="24"/>
                <w:szCs w:val="24"/>
                <w:lang w:val="uk-UA"/>
              </w:rPr>
              <w:t>mail</w:t>
            </w:r>
            <w:proofErr w:type="spellEnd"/>
            <w:r w:rsidRPr="00FE3F06">
              <w:rPr>
                <w:sz w:val="24"/>
                <w:szCs w:val="24"/>
                <w:lang w:val="uk-UA"/>
              </w:rPr>
              <w:t>: _________________________________</w:t>
            </w:r>
          </w:p>
        </w:tc>
      </w:tr>
    </w:tbl>
    <w:p w14:paraId="26154EE7" w14:textId="77777777" w:rsidR="00FE3F06" w:rsidRDefault="00FE3F06">
      <w:pPr>
        <w:spacing w:before="80" w:after="120" w:line="240" w:lineRule="auto"/>
        <w:jc w:val="center"/>
        <w:rPr>
          <w:b/>
          <w:sz w:val="24"/>
          <w:szCs w:val="24"/>
          <w:lang w:val="uk-UA"/>
        </w:rPr>
      </w:pPr>
    </w:p>
    <w:p w14:paraId="44A1E3F8" w14:textId="1A80A9DE" w:rsidR="008F26BB" w:rsidRDefault="00FE3F06">
      <w:pPr>
        <w:spacing w:before="80" w:after="120" w:line="240" w:lineRule="auto"/>
        <w:jc w:val="center"/>
        <w:rPr>
          <w:b/>
          <w:sz w:val="24"/>
          <w:szCs w:val="24"/>
          <w:lang w:val="uk-UA"/>
        </w:rPr>
      </w:pPr>
      <w:r w:rsidRPr="00FE3F06">
        <w:rPr>
          <w:b/>
          <w:sz w:val="24"/>
          <w:szCs w:val="24"/>
          <w:lang w:val="uk-UA"/>
        </w:rPr>
        <w:t>ЗАЯВА</w:t>
      </w:r>
    </w:p>
    <w:p w14:paraId="55017B18" w14:textId="77777777" w:rsidR="00FE3F06" w:rsidRPr="00FE3F06" w:rsidRDefault="00FE3F06">
      <w:pPr>
        <w:spacing w:before="80" w:after="120" w:line="240" w:lineRule="auto"/>
        <w:jc w:val="center"/>
        <w:rPr>
          <w:sz w:val="24"/>
          <w:szCs w:val="24"/>
          <w:lang w:val="uk-UA"/>
        </w:rPr>
      </w:pPr>
    </w:p>
    <w:p w14:paraId="11B373E5" w14:textId="77777777" w:rsidR="008F26BB" w:rsidRPr="00FE3F06" w:rsidRDefault="00FE3F06" w:rsidP="00FE3F06">
      <w:pPr>
        <w:spacing w:after="0"/>
        <w:ind w:firstLine="709"/>
        <w:jc w:val="both"/>
        <w:rPr>
          <w:sz w:val="24"/>
          <w:szCs w:val="24"/>
          <w:lang w:val="uk-UA"/>
        </w:rPr>
      </w:pPr>
      <w:r w:rsidRPr="00FE3F06">
        <w:rPr>
          <w:sz w:val="24"/>
          <w:szCs w:val="24"/>
          <w:lang w:val="uk-UA"/>
        </w:rPr>
        <w:t>Прошу розглянути можливість встановлення для мене індивідуальної організації навчання у _</w:t>
      </w:r>
      <w:r w:rsidRPr="00FE3F06">
        <w:rPr>
          <w:sz w:val="24"/>
          <w:szCs w:val="24"/>
          <w:lang w:val="uk-UA"/>
        </w:rPr>
        <w:t>_____ семестрі 20___/20___ навчального року на період з «___» ____________ 20___ р. до «___» ____________ 20___ р. у зв’язку з:</w:t>
      </w:r>
    </w:p>
    <w:p w14:paraId="2C71C0A7" w14:textId="3D4E83D3" w:rsidR="008F26BB" w:rsidRPr="00FE3F06" w:rsidRDefault="00FE3F06" w:rsidP="00FE3F06">
      <w:pPr>
        <w:spacing w:after="0"/>
        <w:rPr>
          <w:sz w:val="24"/>
          <w:szCs w:val="24"/>
          <w:lang w:val="uk-UA"/>
        </w:rPr>
      </w:pPr>
      <w:r w:rsidRPr="00FE3F06">
        <w:rPr>
          <w:sz w:val="24"/>
          <w:szCs w:val="24"/>
          <w:lang w:val="uk-UA"/>
        </w:rPr>
        <w:t>___________________________________________________________</w:t>
      </w:r>
      <w:r>
        <w:rPr>
          <w:sz w:val="24"/>
          <w:szCs w:val="24"/>
          <w:lang w:val="uk-UA"/>
        </w:rPr>
        <w:t>____________________</w:t>
      </w:r>
      <w:r w:rsidRPr="00FE3F06">
        <w:rPr>
          <w:sz w:val="24"/>
          <w:szCs w:val="24"/>
          <w:lang w:val="uk-UA"/>
        </w:rPr>
        <w:t>___</w:t>
      </w:r>
    </w:p>
    <w:p w14:paraId="22F8A3CE" w14:textId="69D69028" w:rsidR="008F26BB" w:rsidRPr="00FE3F06" w:rsidRDefault="00FE3F06" w:rsidP="00FE3F06">
      <w:pPr>
        <w:spacing w:after="0"/>
        <w:rPr>
          <w:sz w:val="24"/>
          <w:szCs w:val="24"/>
          <w:lang w:val="uk-UA"/>
        </w:rPr>
      </w:pPr>
      <w:r w:rsidRPr="00FE3F06">
        <w:rPr>
          <w:sz w:val="24"/>
          <w:szCs w:val="24"/>
          <w:lang w:val="uk-UA"/>
        </w:rPr>
        <w:t>____________________________________________________________</w:t>
      </w:r>
      <w:r>
        <w:rPr>
          <w:sz w:val="24"/>
          <w:szCs w:val="24"/>
          <w:lang w:val="uk-UA"/>
        </w:rPr>
        <w:t>____________________</w:t>
      </w:r>
      <w:r w:rsidRPr="00FE3F06">
        <w:rPr>
          <w:sz w:val="24"/>
          <w:szCs w:val="24"/>
          <w:lang w:val="uk-UA"/>
        </w:rPr>
        <w:t>__</w:t>
      </w:r>
    </w:p>
    <w:p w14:paraId="37B0E735" w14:textId="4022110E" w:rsidR="008F26BB" w:rsidRPr="00FE3F06" w:rsidRDefault="00FE3F06" w:rsidP="00FE3F06">
      <w:pPr>
        <w:spacing w:after="0"/>
        <w:rPr>
          <w:sz w:val="24"/>
          <w:szCs w:val="24"/>
          <w:lang w:val="uk-UA"/>
        </w:rPr>
      </w:pPr>
      <w:r w:rsidRPr="00FE3F06">
        <w:rPr>
          <w:sz w:val="24"/>
          <w:szCs w:val="24"/>
          <w:lang w:val="uk-UA"/>
        </w:rPr>
        <w:t>________________________________________________</w:t>
      </w:r>
      <w:r>
        <w:rPr>
          <w:sz w:val="24"/>
          <w:szCs w:val="24"/>
          <w:lang w:val="uk-UA"/>
        </w:rPr>
        <w:t>____________________</w:t>
      </w:r>
      <w:r w:rsidRPr="00FE3F06">
        <w:rPr>
          <w:sz w:val="24"/>
          <w:szCs w:val="24"/>
          <w:lang w:val="uk-UA"/>
        </w:rPr>
        <w:t>______________</w:t>
      </w:r>
    </w:p>
    <w:p w14:paraId="18A2C023" w14:textId="77777777" w:rsidR="008F26BB" w:rsidRPr="00FE3F06" w:rsidRDefault="00FE3F06" w:rsidP="00FE3F06">
      <w:pPr>
        <w:spacing w:before="60" w:after="0"/>
        <w:rPr>
          <w:sz w:val="24"/>
          <w:szCs w:val="24"/>
          <w:lang w:val="uk-UA"/>
        </w:rPr>
      </w:pPr>
      <w:r w:rsidRPr="00FE3F06">
        <w:rPr>
          <w:sz w:val="24"/>
          <w:szCs w:val="24"/>
          <w:lang w:val="uk-UA"/>
        </w:rPr>
        <w:t>До заяви додаю документи, що підтверджують зазначені обставини:</w:t>
      </w:r>
    </w:p>
    <w:p w14:paraId="36B1B710" w14:textId="3248EF28" w:rsidR="008F26BB" w:rsidRPr="00FE3F06" w:rsidRDefault="00FE3F06" w:rsidP="00FE3F06">
      <w:pPr>
        <w:spacing w:after="0"/>
        <w:rPr>
          <w:sz w:val="24"/>
          <w:szCs w:val="24"/>
          <w:lang w:val="uk-UA"/>
        </w:rPr>
      </w:pPr>
      <w:r w:rsidRPr="00FE3F06">
        <w:rPr>
          <w:sz w:val="24"/>
          <w:szCs w:val="24"/>
          <w:lang w:val="uk-UA"/>
        </w:rPr>
        <w:t>1. __________________________________________________</w:t>
      </w:r>
      <w:r>
        <w:rPr>
          <w:sz w:val="24"/>
          <w:szCs w:val="24"/>
          <w:lang w:val="uk-UA"/>
        </w:rPr>
        <w:t>____________________</w:t>
      </w:r>
      <w:r w:rsidRPr="00FE3F06">
        <w:rPr>
          <w:sz w:val="24"/>
          <w:szCs w:val="24"/>
          <w:lang w:val="uk-UA"/>
        </w:rPr>
        <w:t>__________</w:t>
      </w:r>
    </w:p>
    <w:p w14:paraId="5AC8AB11" w14:textId="2E00D9B4" w:rsidR="008F26BB" w:rsidRPr="00FE3F06" w:rsidRDefault="00FE3F06" w:rsidP="00FE3F06">
      <w:pPr>
        <w:spacing w:after="0"/>
        <w:rPr>
          <w:sz w:val="24"/>
          <w:szCs w:val="24"/>
          <w:lang w:val="uk-UA"/>
        </w:rPr>
      </w:pPr>
      <w:r w:rsidRPr="00FE3F06">
        <w:rPr>
          <w:sz w:val="24"/>
          <w:szCs w:val="24"/>
          <w:lang w:val="uk-UA"/>
        </w:rPr>
        <w:t>2.</w:t>
      </w:r>
      <w:r w:rsidRPr="00FE3F06">
        <w:rPr>
          <w:sz w:val="24"/>
          <w:szCs w:val="24"/>
          <w:lang w:val="uk-UA"/>
        </w:rPr>
        <w:t xml:space="preserve"> __________________________________________________</w:t>
      </w:r>
      <w:r>
        <w:rPr>
          <w:sz w:val="24"/>
          <w:szCs w:val="24"/>
          <w:lang w:val="uk-UA"/>
        </w:rPr>
        <w:t>____________________</w:t>
      </w:r>
      <w:r w:rsidRPr="00FE3F06">
        <w:rPr>
          <w:sz w:val="24"/>
          <w:szCs w:val="24"/>
          <w:lang w:val="uk-UA"/>
        </w:rPr>
        <w:t>__________</w:t>
      </w:r>
    </w:p>
    <w:p w14:paraId="5F57853D" w14:textId="21761F76" w:rsidR="008F26BB" w:rsidRPr="00FE3F06" w:rsidRDefault="00FE3F06" w:rsidP="00FE3F06">
      <w:pPr>
        <w:spacing w:after="0"/>
        <w:rPr>
          <w:sz w:val="24"/>
          <w:szCs w:val="24"/>
          <w:lang w:val="uk-UA"/>
        </w:rPr>
      </w:pPr>
      <w:r w:rsidRPr="00FE3F06">
        <w:rPr>
          <w:sz w:val="24"/>
          <w:szCs w:val="24"/>
          <w:lang w:val="uk-UA"/>
        </w:rPr>
        <w:t>3. ___________________________________________________</w:t>
      </w:r>
      <w:r>
        <w:rPr>
          <w:sz w:val="24"/>
          <w:szCs w:val="24"/>
          <w:lang w:val="uk-UA"/>
        </w:rPr>
        <w:t>____________________</w:t>
      </w:r>
      <w:r w:rsidRPr="00FE3F06">
        <w:rPr>
          <w:sz w:val="24"/>
          <w:szCs w:val="24"/>
          <w:lang w:val="uk-UA"/>
        </w:rPr>
        <w:t>_________</w:t>
      </w:r>
    </w:p>
    <w:p w14:paraId="16BACB54" w14:textId="77777777" w:rsidR="00FE3F06" w:rsidRDefault="00FE3F06" w:rsidP="00FE3F06">
      <w:pPr>
        <w:spacing w:before="80" w:after="0"/>
        <w:ind w:firstLine="709"/>
        <w:jc w:val="both"/>
        <w:rPr>
          <w:sz w:val="24"/>
          <w:szCs w:val="24"/>
          <w:lang w:val="uk-UA"/>
        </w:rPr>
      </w:pPr>
    </w:p>
    <w:p w14:paraId="3B9F5BBD" w14:textId="4BA1BC1F" w:rsidR="008F26BB" w:rsidRPr="00FE3F06" w:rsidRDefault="00FE3F06" w:rsidP="00FE3F06">
      <w:pPr>
        <w:spacing w:before="80" w:after="0"/>
        <w:ind w:firstLine="709"/>
        <w:jc w:val="both"/>
        <w:rPr>
          <w:sz w:val="24"/>
          <w:szCs w:val="24"/>
          <w:lang w:val="uk-UA"/>
        </w:rPr>
      </w:pPr>
      <w:r w:rsidRPr="00FE3F06">
        <w:rPr>
          <w:sz w:val="24"/>
          <w:szCs w:val="24"/>
          <w:lang w:val="uk-UA"/>
        </w:rPr>
        <w:t>З умовами індивідуальної організації навчання ознайомлений(а). Підтверджую, що вона не звільняє мене від виконання освітньої прогр</w:t>
      </w:r>
      <w:r w:rsidRPr="00FE3F06">
        <w:rPr>
          <w:sz w:val="24"/>
          <w:szCs w:val="24"/>
          <w:lang w:val="uk-UA"/>
        </w:rPr>
        <w:t>ами, обов’язкових видів навчальної роботи, практичної підготовки, семестрового контролю та атестації.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2551"/>
        <w:gridCol w:w="3855"/>
      </w:tblGrid>
      <w:tr w:rsidR="008F26BB" w:rsidRPr="00FE3F06" w14:paraId="2CFEB260" w14:textId="77777777">
        <w:tc>
          <w:tcPr>
            <w:tcW w:w="3288" w:type="dxa"/>
          </w:tcPr>
          <w:p w14:paraId="2805D0E7" w14:textId="77777777" w:rsidR="00FE3F06" w:rsidRDefault="00FE3F06">
            <w:pPr>
              <w:spacing w:after="0"/>
              <w:rPr>
                <w:sz w:val="24"/>
                <w:szCs w:val="24"/>
                <w:lang w:val="uk-UA"/>
              </w:rPr>
            </w:pPr>
          </w:p>
          <w:p w14:paraId="6B8F2EAF" w14:textId="7CFA43BE" w:rsidR="008F26BB" w:rsidRPr="00FE3F06" w:rsidRDefault="00FE3F06">
            <w:pPr>
              <w:spacing w:after="0"/>
              <w:rPr>
                <w:sz w:val="24"/>
                <w:szCs w:val="24"/>
                <w:lang w:val="uk-UA"/>
              </w:rPr>
            </w:pPr>
            <w:r w:rsidRPr="00FE3F06">
              <w:rPr>
                <w:sz w:val="24"/>
                <w:szCs w:val="24"/>
                <w:lang w:val="uk-UA"/>
              </w:rPr>
              <w:t>«___» ____________ 20___ р.</w:t>
            </w:r>
          </w:p>
        </w:tc>
        <w:tc>
          <w:tcPr>
            <w:tcW w:w="2551" w:type="dxa"/>
          </w:tcPr>
          <w:p w14:paraId="6ADF956D" w14:textId="77777777" w:rsidR="00FE3F06" w:rsidRDefault="00FE3F06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</w:p>
          <w:p w14:paraId="6EFEE549" w14:textId="022BF195" w:rsidR="008F26BB" w:rsidRPr="00FE3F06" w:rsidRDefault="00FE3F06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  <w:r w:rsidRPr="00FE3F06">
              <w:rPr>
                <w:sz w:val="24"/>
                <w:szCs w:val="24"/>
                <w:lang w:val="uk-UA"/>
              </w:rPr>
              <w:t>________________</w:t>
            </w:r>
          </w:p>
        </w:tc>
        <w:tc>
          <w:tcPr>
            <w:tcW w:w="3855" w:type="dxa"/>
          </w:tcPr>
          <w:p w14:paraId="73C24D5F" w14:textId="77777777" w:rsidR="00FE3F06" w:rsidRDefault="00FE3F06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</w:p>
          <w:p w14:paraId="43AF0925" w14:textId="1E746E90" w:rsidR="008F26BB" w:rsidRPr="00FE3F06" w:rsidRDefault="00FE3F06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  <w:r w:rsidRPr="00FE3F06">
              <w:rPr>
                <w:sz w:val="24"/>
                <w:szCs w:val="24"/>
                <w:lang w:val="uk-UA"/>
              </w:rPr>
              <w:t>________________________</w:t>
            </w:r>
          </w:p>
        </w:tc>
      </w:tr>
      <w:tr w:rsidR="008F26BB" w:rsidRPr="00FE3F06" w14:paraId="4B9B2755" w14:textId="77777777">
        <w:tc>
          <w:tcPr>
            <w:tcW w:w="3288" w:type="dxa"/>
          </w:tcPr>
          <w:p w14:paraId="420DCFDC" w14:textId="77777777" w:rsidR="008F26BB" w:rsidRPr="00FE3F06" w:rsidRDefault="008F26BB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2551" w:type="dxa"/>
          </w:tcPr>
          <w:p w14:paraId="26EC1399" w14:textId="77777777" w:rsidR="008F26BB" w:rsidRPr="00FE3F06" w:rsidRDefault="00FE3F06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  <w:r w:rsidRPr="00FE3F06">
              <w:rPr>
                <w:i/>
                <w:sz w:val="24"/>
                <w:szCs w:val="24"/>
                <w:lang w:val="uk-UA"/>
              </w:rPr>
              <w:t>(підпис)</w:t>
            </w:r>
          </w:p>
        </w:tc>
        <w:tc>
          <w:tcPr>
            <w:tcW w:w="3855" w:type="dxa"/>
          </w:tcPr>
          <w:p w14:paraId="49B8A4E8" w14:textId="77777777" w:rsidR="008F26BB" w:rsidRPr="00FE3F06" w:rsidRDefault="00FE3F06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  <w:r w:rsidRPr="00FE3F06">
              <w:rPr>
                <w:i/>
                <w:sz w:val="24"/>
                <w:szCs w:val="24"/>
                <w:lang w:val="uk-UA"/>
              </w:rPr>
              <w:t>(ПІБ)</w:t>
            </w:r>
          </w:p>
        </w:tc>
      </w:tr>
    </w:tbl>
    <w:p w14:paraId="2EE0B130" w14:textId="77777777" w:rsidR="00FE3F06" w:rsidRDefault="00FE3F06">
      <w:pPr>
        <w:spacing w:before="120" w:after="0" w:line="240" w:lineRule="auto"/>
        <w:rPr>
          <w:sz w:val="24"/>
          <w:szCs w:val="24"/>
          <w:lang w:val="uk-UA"/>
        </w:rPr>
      </w:pPr>
    </w:p>
    <w:p w14:paraId="1A40B38F" w14:textId="50D5A325" w:rsidR="008F26BB" w:rsidRPr="00FE3F06" w:rsidRDefault="00FE3F06">
      <w:pPr>
        <w:spacing w:before="120" w:after="0" w:line="240" w:lineRule="auto"/>
        <w:rPr>
          <w:sz w:val="24"/>
          <w:szCs w:val="24"/>
          <w:lang w:val="uk-UA"/>
        </w:rPr>
      </w:pPr>
      <w:r w:rsidRPr="00FE3F06">
        <w:rPr>
          <w:sz w:val="24"/>
          <w:szCs w:val="24"/>
          <w:lang w:val="uk-UA"/>
        </w:rPr>
        <w:t xml:space="preserve">Відмітка деканату: рішення </w:t>
      </w:r>
      <w:r w:rsidRPr="00FE3F06">
        <w:rPr>
          <w:sz w:val="24"/>
          <w:szCs w:val="24"/>
          <w:lang w:val="uk-UA"/>
        </w:rPr>
        <w:t>________________________________   термін __________________</w:t>
      </w:r>
    </w:p>
    <w:p w14:paraId="7E8CBF43" w14:textId="77777777" w:rsidR="00FE3F06" w:rsidRDefault="00FE3F06">
      <w:pPr>
        <w:spacing w:after="0" w:line="240" w:lineRule="auto"/>
        <w:rPr>
          <w:sz w:val="24"/>
          <w:szCs w:val="24"/>
          <w:lang w:val="uk-UA"/>
        </w:rPr>
      </w:pPr>
    </w:p>
    <w:p w14:paraId="521027D9" w14:textId="77777777" w:rsidR="00FE3F06" w:rsidRDefault="00FE3F06">
      <w:pPr>
        <w:spacing w:after="0" w:line="240" w:lineRule="auto"/>
        <w:rPr>
          <w:sz w:val="24"/>
          <w:szCs w:val="24"/>
          <w:lang w:val="uk-UA"/>
        </w:rPr>
      </w:pPr>
    </w:p>
    <w:p w14:paraId="3F3539F5" w14:textId="62D2F50F" w:rsidR="008F26BB" w:rsidRPr="00FE3F06" w:rsidRDefault="00FE3F06">
      <w:pPr>
        <w:spacing w:after="0" w:line="240" w:lineRule="auto"/>
        <w:rPr>
          <w:sz w:val="24"/>
          <w:szCs w:val="24"/>
          <w:lang w:val="uk-UA"/>
        </w:rPr>
      </w:pPr>
      <w:r w:rsidRPr="00FE3F06">
        <w:rPr>
          <w:sz w:val="24"/>
          <w:szCs w:val="24"/>
          <w:lang w:val="uk-UA"/>
        </w:rPr>
        <w:t xml:space="preserve">Декан </w:t>
      </w:r>
      <w:r>
        <w:rPr>
          <w:sz w:val="24"/>
          <w:szCs w:val="24"/>
          <w:lang w:val="uk-UA"/>
        </w:rPr>
        <w:t xml:space="preserve">факультету </w:t>
      </w:r>
      <w:proofErr w:type="spellStart"/>
      <w:r>
        <w:rPr>
          <w:sz w:val="24"/>
          <w:szCs w:val="24"/>
          <w:lang w:val="uk-UA"/>
        </w:rPr>
        <w:t>ФВіС</w:t>
      </w:r>
      <w:proofErr w:type="spellEnd"/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>Віталій ВЕРБИЦЬКИЙ</w:t>
      </w:r>
    </w:p>
    <w:sectPr w:rsidR="008F26BB" w:rsidRPr="00FE3F06" w:rsidSect="00034616">
      <w:pgSz w:w="11906" w:h="16838"/>
      <w:pgMar w:top="680" w:right="850" w:bottom="68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F26BB"/>
    <w:rsid w:val="00AA1D8D"/>
    <w:rsid w:val="00B47730"/>
    <w:rsid w:val="00CB0664"/>
    <w:rsid w:val="00FC693F"/>
    <w:rsid w:val="00FE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198DDF"/>
  <w14:defaultImageDpi w14:val="300"/>
  <w15:docId w15:val="{46E59127-F7BB-4C2A-B6B2-F2B535E4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1049</Words>
  <Characters>599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2026-09-05T16:40:00Z</dcterms:created>
  <dcterms:modified xsi:type="dcterms:W3CDTF">2026-09-05T16:40:00Z</dcterms:modified>
  <cp:category/>
</cp:coreProperties>
</file>