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BA829" w14:textId="77777777" w:rsidR="000D19D4" w:rsidRPr="00191BF1" w:rsidRDefault="000643D5">
      <w:pPr>
        <w:spacing w:after="0" w:line="240" w:lineRule="auto"/>
        <w:jc w:val="center"/>
        <w:rPr>
          <w:lang w:val="uk-UA"/>
        </w:rPr>
      </w:pPr>
      <w:r w:rsidRPr="00191BF1">
        <w:rPr>
          <w:b/>
          <w:sz w:val="24"/>
          <w:lang w:val="uk-UA"/>
        </w:rPr>
        <w:t>ЧОРНОМОРСЬКИЙ НАЦІОНАЛЬНИЙ УНІВЕРСИТЕТ ІМЕНІ ПЕТРА МОГИЛИ</w:t>
      </w:r>
    </w:p>
    <w:p w14:paraId="2E1EF4FA" w14:textId="523F75CF" w:rsidR="000D19D4" w:rsidRPr="00191BF1" w:rsidRDefault="000643D5">
      <w:pPr>
        <w:spacing w:after="0" w:line="240" w:lineRule="auto"/>
        <w:jc w:val="center"/>
        <w:rPr>
          <w:lang w:val="uk-UA"/>
        </w:rPr>
      </w:pPr>
      <w:r w:rsidRPr="00191BF1">
        <w:rPr>
          <w:b/>
          <w:sz w:val="24"/>
          <w:lang w:val="uk-UA"/>
        </w:rPr>
        <w:t xml:space="preserve">ФАКУЛЬТЕТ ФІЗИЧНОГО ВИХОВАННЯ </w:t>
      </w:r>
      <w:r w:rsidR="00191BF1" w:rsidRPr="00191BF1">
        <w:rPr>
          <w:b/>
          <w:sz w:val="24"/>
          <w:lang w:val="uk-UA"/>
        </w:rPr>
        <w:t>І</w:t>
      </w:r>
      <w:r w:rsidRPr="00191BF1">
        <w:rPr>
          <w:b/>
          <w:sz w:val="24"/>
          <w:lang w:val="uk-UA"/>
        </w:rPr>
        <w:t xml:space="preserve"> СПОРТУ</w:t>
      </w:r>
    </w:p>
    <w:p w14:paraId="74A8EA9E" w14:textId="77777777" w:rsidR="000D19D4" w:rsidRPr="00191BF1" w:rsidRDefault="000643D5">
      <w:pPr>
        <w:spacing w:after="20" w:line="240" w:lineRule="auto"/>
        <w:jc w:val="center"/>
        <w:rPr>
          <w:lang w:val="uk-UA"/>
        </w:rPr>
      </w:pPr>
      <w:r w:rsidRPr="00191BF1">
        <w:rPr>
          <w:b/>
          <w:sz w:val="26"/>
          <w:lang w:val="uk-UA"/>
        </w:rPr>
        <w:t>ІНДИВІДУАЛЬНИЙ ПЛАН ВИКОНАННЯ НАВЧАЛЬНИХ ЗАВДАНЬ</w:t>
      </w:r>
    </w:p>
    <w:p w14:paraId="0F3D9A66" w14:textId="77777777" w:rsidR="000D19D4" w:rsidRPr="00191BF1" w:rsidRDefault="000643D5">
      <w:pPr>
        <w:spacing w:after="60" w:line="240" w:lineRule="auto"/>
        <w:jc w:val="center"/>
        <w:rPr>
          <w:lang w:val="uk-UA"/>
        </w:rPr>
      </w:pPr>
      <w:r w:rsidRPr="00191BF1">
        <w:rPr>
          <w:i/>
          <w:sz w:val="20"/>
          <w:lang w:val="uk-UA"/>
        </w:rPr>
        <w:t>у межах індивідуальної організації навчання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4592"/>
        <w:gridCol w:w="2154"/>
        <w:gridCol w:w="5783"/>
      </w:tblGrid>
      <w:tr w:rsidR="000D19D4" w:rsidRPr="00191BF1" w14:paraId="320F87ED" w14:textId="77777777">
        <w:tc>
          <w:tcPr>
            <w:tcW w:w="2041" w:type="dxa"/>
          </w:tcPr>
          <w:p w14:paraId="4958FD37" w14:textId="77777777" w:rsidR="000D19D4" w:rsidRPr="00191BF1" w:rsidRDefault="000643D5">
            <w:pPr>
              <w:spacing w:after="0"/>
              <w:rPr>
                <w:lang w:val="uk-UA"/>
              </w:rPr>
            </w:pPr>
            <w:r w:rsidRPr="00191BF1">
              <w:rPr>
                <w:b/>
                <w:sz w:val="20"/>
                <w:lang w:val="uk-UA"/>
              </w:rPr>
              <w:t>Здобувач(ка):</w:t>
            </w:r>
          </w:p>
        </w:tc>
        <w:tc>
          <w:tcPr>
            <w:tcW w:w="4592" w:type="dxa"/>
          </w:tcPr>
          <w:p w14:paraId="75F70FBA" w14:textId="77777777" w:rsidR="000D19D4" w:rsidRPr="00191BF1" w:rsidRDefault="000643D5">
            <w:pPr>
              <w:spacing w:after="0"/>
              <w:rPr>
                <w:lang w:val="uk-UA"/>
              </w:rPr>
            </w:pPr>
            <w:r w:rsidRPr="00191BF1">
              <w:rPr>
                <w:sz w:val="20"/>
                <w:lang w:val="uk-UA"/>
              </w:rPr>
              <w:t>______________________________</w:t>
            </w:r>
          </w:p>
        </w:tc>
        <w:tc>
          <w:tcPr>
            <w:tcW w:w="2154" w:type="dxa"/>
          </w:tcPr>
          <w:p w14:paraId="2223503A" w14:textId="77777777" w:rsidR="000D19D4" w:rsidRPr="00191BF1" w:rsidRDefault="000643D5">
            <w:pPr>
              <w:spacing w:after="0"/>
              <w:rPr>
                <w:lang w:val="uk-UA"/>
              </w:rPr>
            </w:pPr>
            <w:r w:rsidRPr="00191BF1">
              <w:rPr>
                <w:b/>
                <w:sz w:val="20"/>
                <w:lang w:val="uk-UA"/>
              </w:rPr>
              <w:t>Група:</w:t>
            </w:r>
          </w:p>
        </w:tc>
        <w:tc>
          <w:tcPr>
            <w:tcW w:w="5783" w:type="dxa"/>
          </w:tcPr>
          <w:p w14:paraId="3FC98C13" w14:textId="77777777" w:rsidR="000D19D4" w:rsidRPr="00191BF1" w:rsidRDefault="000643D5">
            <w:pPr>
              <w:spacing w:after="0"/>
              <w:rPr>
                <w:lang w:val="uk-UA"/>
              </w:rPr>
            </w:pPr>
            <w:r w:rsidRPr="00191BF1">
              <w:rPr>
                <w:sz w:val="20"/>
                <w:lang w:val="uk-UA"/>
              </w:rPr>
              <w:t>____________________</w:t>
            </w:r>
          </w:p>
        </w:tc>
      </w:tr>
      <w:tr w:rsidR="000D19D4" w:rsidRPr="00191BF1" w14:paraId="2960DA6B" w14:textId="77777777">
        <w:tc>
          <w:tcPr>
            <w:tcW w:w="2041" w:type="dxa"/>
          </w:tcPr>
          <w:p w14:paraId="18DE4C77" w14:textId="77777777" w:rsidR="000D19D4" w:rsidRPr="00191BF1" w:rsidRDefault="000643D5">
            <w:pPr>
              <w:spacing w:after="0"/>
              <w:rPr>
                <w:lang w:val="uk-UA"/>
              </w:rPr>
            </w:pPr>
            <w:r w:rsidRPr="00191BF1">
              <w:rPr>
                <w:b/>
                <w:sz w:val="20"/>
                <w:lang w:val="uk-UA"/>
              </w:rPr>
              <w:t>Спеціальність:</w:t>
            </w:r>
          </w:p>
        </w:tc>
        <w:tc>
          <w:tcPr>
            <w:tcW w:w="4592" w:type="dxa"/>
          </w:tcPr>
          <w:p w14:paraId="23284201" w14:textId="77777777" w:rsidR="000D19D4" w:rsidRPr="00191BF1" w:rsidRDefault="000643D5">
            <w:pPr>
              <w:spacing w:after="0"/>
              <w:rPr>
                <w:lang w:val="uk-UA"/>
              </w:rPr>
            </w:pPr>
            <w:r w:rsidRPr="00191BF1">
              <w:rPr>
                <w:sz w:val="20"/>
                <w:lang w:val="uk-UA"/>
              </w:rPr>
              <w:t>______________________________</w:t>
            </w:r>
          </w:p>
        </w:tc>
        <w:tc>
          <w:tcPr>
            <w:tcW w:w="2154" w:type="dxa"/>
          </w:tcPr>
          <w:p w14:paraId="5A78F2DC" w14:textId="77777777" w:rsidR="000D19D4" w:rsidRPr="00191BF1" w:rsidRDefault="000643D5">
            <w:pPr>
              <w:spacing w:after="0"/>
              <w:rPr>
                <w:lang w:val="uk-UA"/>
              </w:rPr>
            </w:pPr>
            <w:r w:rsidRPr="00191BF1">
              <w:rPr>
                <w:b/>
                <w:sz w:val="20"/>
                <w:lang w:val="uk-UA"/>
              </w:rPr>
              <w:t>Освітня програма:</w:t>
            </w:r>
          </w:p>
        </w:tc>
        <w:tc>
          <w:tcPr>
            <w:tcW w:w="5783" w:type="dxa"/>
          </w:tcPr>
          <w:p w14:paraId="6D09BB3C" w14:textId="77777777" w:rsidR="000D19D4" w:rsidRPr="00191BF1" w:rsidRDefault="000643D5">
            <w:pPr>
              <w:spacing w:after="0"/>
              <w:rPr>
                <w:lang w:val="uk-UA"/>
              </w:rPr>
            </w:pPr>
            <w:r w:rsidRPr="00191BF1">
              <w:rPr>
                <w:sz w:val="20"/>
                <w:lang w:val="uk-UA"/>
              </w:rPr>
              <w:t>____________________________</w:t>
            </w:r>
          </w:p>
        </w:tc>
      </w:tr>
      <w:tr w:rsidR="000D19D4" w:rsidRPr="00191BF1" w14:paraId="53B36493" w14:textId="77777777">
        <w:tc>
          <w:tcPr>
            <w:tcW w:w="2041" w:type="dxa"/>
          </w:tcPr>
          <w:p w14:paraId="03A80AD3" w14:textId="77777777" w:rsidR="000D19D4" w:rsidRPr="00191BF1" w:rsidRDefault="000643D5">
            <w:pPr>
              <w:spacing w:after="0"/>
              <w:rPr>
                <w:lang w:val="uk-UA"/>
              </w:rPr>
            </w:pPr>
            <w:r w:rsidRPr="00191BF1">
              <w:rPr>
                <w:b/>
                <w:sz w:val="20"/>
                <w:lang w:val="uk-UA"/>
              </w:rPr>
              <w:t xml:space="preserve">Семестр / </w:t>
            </w:r>
            <w:proofErr w:type="spellStart"/>
            <w:r w:rsidRPr="00191BF1">
              <w:rPr>
                <w:b/>
                <w:sz w:val="20"/>
                <w:lang w:val="uk-UA"/>
              </w:rPr>
              <w:t>н.р</w:t>
            </w:r>
            <w:proofErr w:type="spellEnd"/>
            <w:r w:rsidRPr="00191BF1">
              <w:rPr>
                <w:b/>
                <w:sz w:val="20"/>
                <w:lang w:val="uk-UA"/>
              </w:rPr>
              <w:t>.:</w:t>
            </w:r>
          </w:p>
        </w:tc>
        <w:tc>
          <w:tcPr>
            <w:tcW w:w="4592" w:type="dxa"/>
          </w:tcPr>
          <w:p w14:paraId="60B3ECDC" w14:textId="77777777" w:rsidR="000D19D4" w:rsidRPr="00191BF1" w:rsidRDefault="000643D5">
            <w:pPr>
              <w:spacing w:after="0"/>
              <w:rPr>
                <w:lang w:val="uk-UA"/>
              </w:rPr>
            </w:pPr>
            <w:r w:rsidRPr="00191BF1">
              <w:rPr>
                <w:sz w:val="20"/>
                <w:lang w:val="uk-UA"/>
              </w:rPr>
              <w:t>______________________________</w:t>
            </w:r>
          </w:p>
        </w:tc>
        <w:tc>
          <w:tcPr>
            <w:tcW w:w="2154" w:type="dxa"/>
          </w:tcPr>
          <w:p w14:paraId="71929434" w14:textId="77777777" w:rsidR="000D19D4" w:rsidRPr="00191BF1" w:rsidRDefault="000643D5">
            <w:pPr>
              <w:spacing w:after="0"/>
              <w:rPr>
                <w:lang w:val="uk-UA"/>
              </w:rPr>
            </w:pPr>
            <w:r w:rsidRPr="00191BF1">
              <w:rPr>
                <w:b/>
                <w:sz w:val="20"/>
                <w:lang w:val="uk-UA"/>
              </w:rPr>
              <w:t>Період:</w:t>
            </w:r>
          </w:p>
        </w:tc>
        <w:tc>
          <w:tcPr>
            <w:tcW w:w="5783" w:type="dxa"/>
          </w:tcPr>
          <w:p w14:paraId="1F4C7864" w14:textId="77777777" w:rsidR="000D19D4" w:rsidRPr="00191BF1" w:rsidRDefault="000643D5">
            <w:pPr>
              <w:spacing w:after="0"/>
              <w:rPr>
                <w:lang w:val="uk-UA"/>
              </w:rPr>
            </w:pPr>
            <w:r w:rsidRPr="00191BF1">
              <w:rPr>
                <w:sz w:val="20"/>
                <w:lang w:val="uk-UA"/>
              </w:rPr>
              <w:t>з __________ до __________</w:t>
            </w:r>
          </w:p>
        </w:tc>
      </w:tr>
      <w:tr w:rsidR="000D19D4" w:rsidRPr="00191BF1" w14:paraId="387912CA" w14:textId="77777777">
        <w:tc>
          <w:tcPr>
            <w:tcW w:w="2041" w:type="dxa"/>
          </w:tcPr>
          <w:p w14:paraId="242649D9" w14:textId="77777777" w:rsidR="000D19D4" w:rsidRPr="00191BF1" w:rsidRDefault="000643D5">
            <w:pPr>
              <w:spacing w:after="0"/>
              <w:rPr>
                <w:lang w:val="uk-UA"/>
              </w:rPr>
            </w:pPr>
            <w:r w:rsidRPr="00191BF1">
              <w:rPr>
                <w:b/>
                <w:sz w:val="20"/>
                <w:lang w:val="uk-UA"/>
              </w:rPr>
              <w:t>Підстава:</w:t>
            </w:r>
          </w:p>
        </w:tc>
        <w:tc>
          <w:tcPr>
            <w:tcW w:w="4592" w:type="dxa"/>
          </w:tcPr>
          <w:p w14:paraId="6BEBD9A1" w14:textId="77777777" w:rsidR="000D19D4" w:rsidRPr="00191BF1" w:rsidRDefault="000643D5">
            <w:pPr>
              <w:spacing w:after="0"/>
              <w:rPr>
                <w:lang w:val="uk-UA"/>
              </w:rPr>
            </w:pPr>
            <w:r w:rsidRPr="00191BF1">
              <w:rPr>
                <w:sz w:val="20"/>
                <w:lang w:val="uk-UA"/>
              </w:rPr>
              <w:t>______________________________</w:t>
            </w:r>
          </w:p>
        </w:tc>
        <w:tc>
          <w:tcPr>
            <w:tcW w:w="2154" w:type="dxa"/>
          </w:tcPr>
          <w:p w14:paraId="5208E07C" w14:textId="77777777" w:rsidR="000D19D4" w:rsidRPr="00191BF1" w:rsidRDefault="000643D5">
            <w:pPr>
              <w:spacing w:after="0"/>
              <w:rPr>
                <w:lang w:val="uk-UA"/>
              </w:rPr>
            </w:pPr>
            <w:r w:rsidRPr="00191BF1">
              <w:rPr>
                <w:b/>
                <w:sz w:val="20"/>
                <w:lang w:val="uk-UA"/>
              </w:rPr>
              <w:t>Розпорядчий документ:</w:t>
            </w:r>
          </w:p>
        </w:tc>
        <w:tc>
          <w:tcPr>
            <w:tcW w:w="5783" w:type="dxa"/>
          </w:tcPr>
          <w:p w14:paraId="3998DD93" w14:textId="77777777" w:rsidR="000D19D4" w:rsidRPr="00191BF1" w:rsidRDefault="000643D5">
            <w:pPr>
              <w:spacing w:after="0"/>
              <w:rPr>
                <w:lang w:val="uk-UA"/>
              </w:rPr>
            </w:pPr>
            <w:r w:rsidRPr="00191BF1">
              <w:rPr>
                <w:sz w:val="20"/>
                <w:lang w:val="uk-UA"/>
              </w:rPr>
              <w:t>№ ____ від __________</w:t>
            </w:r>
          </w:p>
        </w:tc>
      </w:tr>
    </w:tbl>
    <w:p w14:paraId="17D2A6AD" w14:textId="77777777" w:rsidR="000D19D4" w:rsidRPr="00191BF1" w:rsidRDefault="000643D5">
      <w:pPr>
        <w:spacing w:before="40" w:after="40" w:line="240" w:lineRule="auto"/>
        <w:jc w:val="center"/>
        <w:rPr>
          <w:lang w:val="uk-UA"/>
        </w:rPr>
      </w:pPr>
      <w:r w:rsidRPr="00191BF1">
        <w:rPr>
          <w:b/>
          <w:sz w:val="22"/>
          <w:lang w:val="uk-UA"/>
        </w:rPr>
        <w:t>План погоджених навчальних завдань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721"/>
        <w:gridCol w:w="2098"/>
        <w:gridCol w:w="2324"/>
        <w:gridCol w:w="4422"/>
        <w:gridCol w:w="1587"/>
        <w:gridCol w:w="1928"/>
      </w:tblGrid>
      <w:tr w:rsidR="000D19D4" w:rsidRPr="00191BF1" w14:paraId="27CCA405" w14:textId="77777777">
        <w:trPr>
          <w:tblHeader/>
          <w:jc w:val="center"/>
        </w:trPr>
        <w:tc>
          <w:tcPr>
            <w:tcW w:w="567" w:type="dxa"/>
            <w:vAlign w:val="center"/>
          </w:tcPr>
          <w:p w14:paraId="075105C8" w14:textId="77777777" w:rsidR="000D19D4" w:rsidRPr="00191BF1" w:rsidRDefault="000643D5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  <w:r w:rsidRPr="00191BF1">
              <w:rPr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2721" w:type="dxa"/>
            <w:vAlign w:val="center"/>
          </w:tcPr>
          <w:p w14:paraId="4A576F58" w14:textId="77777777" w:rsidR="000D19D4" w:rsidRPr="00191BF1" w:rsidRDefault="000643D5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  <w:r w:rsidRPr="00191BF1">
              <w:rPr>
                <w:b/>
                <w:sz w:val="24"/>
                <w:szCs w:val="24"/>
                <w:lang w:val="uk-UA"/>
              </w:rPr>
              <w:t>Освітня компонента</w:t>
            </w:r>
          </w:p>
        </w:tc>
        <w:tc>
          <w:tcPr>
            <w:tcW w:w="2098" w:type="dxa"/>
            <w:vAlign w:val="center"/>
          </w:tcPr>
          <w:p w14:paraId="17576AD2" w14:textId="77777777" w:rsidR="000D19D4" w:rsidRPr="00191BF1" w:rsidRDefault="000643D5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  <w:r w:rsidRPr="00191BF1">
              <w:rPr>
                <w:b/>
                <w:sz w:val="24"/>
                <w:szCs w:val="24"/>
                <w:lang w:val="uk-UA"/>
              </w:rPr>
              <w:t>Викладач</w:t>
            </w:r>
          </w:p>
        </w:tc>
        <w:tc>
          <w:tcPr>
            <w:tcW w:w="2324" w:type="dxa"/>
            <w:vAlign w:val="center"/>
          </w:tcPr>
          <w:p w14:paraId="0FA9CAB1" w14:textId="77777777" w:rsidR="000D19D4" w:rsidRPr="00191BF1" w:rsidRDefault="000643D5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  <w:r w:rsidRPr="00191BF1">
              <w:rPr>
                <w:b/>
                <w:sz w:val="24"/>
                <w:szCs w:val="24"/>
                <w:lang w:val="uk-UA"/>
              </w:rPr>
              <w:t>Форма участі / відвідування</w:t>
            </w:r>
          </w:p>
        </w:tc>
        <w:tc>
          <w:tcPr>
            <w:tcW w:w="4422" w:type="dxa"/>
            <w:vAlign w:val="center"/>
          </w:tcPr>
          <w:p w14:paraId="7FD197F4" w14:textId="77777777" w:rsidR="000D19D4" w:rsidRPr="00191BF1" w:rsidRDefault="000643D5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  <w:r w:rsidRPr="00191BF1">
              <w:rPr>
                <w:b/>
                <w:sz w:val="24"/>
                <w:szCs w:val="24"/>
                <w:lang w:val="uk-UA"/>
              </w:rPr>
              <w:t>Навчальні завдання та форма поточного контролю</w:t>
            </w:r>
          </w:p>
        </w:tc>
        <w:tc>
          <w:tcPr>
            <w:tcW w:w="1587" w:type="dxa"/>
            <w:vAlign w:val="center"/>
          </w:tcPr>
          <w:p w14:paraId="26BF5990" w14:textId="77777777" w:rsidR="000D19D4" w:rsidRPr="00191BF1" w:rsidRDefault="000643D5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  <w:r w:rsidRPr="00191BF1">
              <w:rPr>
                <w:b/>
                <w:sz w:val="24"/>
                <w:szCs w:val="24"/>
                <w:lang w:val="uk-UA"/>
              </w:rPr>
              <w:t>Строк виконання</w:t>
            </w:r>
          </w:p>
        </w:tc>
        <w:tc>
          <w:tcPr>
            <w:tcW w:w="1928" w:type="dxa"/>
            <w:vAlign w:val="center"/>
          </w:tcPr>
          <w:p w14:paraId="15DBAEC6" w14:textId="77777777" w:rsidR="000D19D4" w:rsidRPr="00191BF1" w:rsidRDefault="000643D5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  <w:r w:rsidRPr="00191BF1">
              <w:rPr>
                <w:b/>
                <w:sz w:val="24"/>
                <w:szCs w:val="24"/>
                <w:lang w:val="uk-UA"/>
              </w:rPr>
              <w:t>Погодження викладача</w:t>
            </w:r>
          </w:p>
        </w:tc>
      </w:tr>
      <w:tr w:rsidR="000D19D4" w:rsidRPr="00191BF1" w14:paraId="324825D0" w14:textId="77777777">
        <w:trPr>
          <w:trHeight w:hRule="exact" w:val="765"/>
          <w:jc w:val="center"/>
        </w:trPr>
        <w:tc>
          <w:tcPr>
            <w:tcW w:w="567" w:type="dxa"/>
            <w:vAlign w:val="center"/>
          </w:tcPr>
          <w:p w14:paraId="70BD0F3B" w14:textId="77777777" w:rsidR="000D19D4" w:rsidRPr="00191BF1" w:rsidRDefault="000643D5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  <w:r w:rsidRPr="00191BF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2721" w:type="dxa"/>
            <w:vAlign w:val="center"/>
          </w:tcPr>
          <w:p w14:paraId="1FFE4C36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2098" w:type="dxa"/>
            <w:vAlign w:val="center"/>
          </w:tcPr>
          <w:p w14:paraId="79BE7E2B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2324" w:type="dxa"/>
            <w:vAlign w:val="center"/>
          </w:tcPr>
          <w:p w14:paraId="1BFB2D90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4422" w:type="dxa"/>
            <w:vAlign w:val="center"/>
          </w:tcPr>
          <w:p w14:paraId="0E0F9D32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1587" w:type="dxa"/>
            <w:vAlign w:val="center"/>
          </w:tcPr>
          <w:p w14:paraId="080E3D44" w14:textId="77777777" w:rsidR="000D19D4" w:rsidRPr="00191BF1" w:rsidRDefault="000D19D4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28" w:type="dxa"/>
            <w:vAlign w:val="center"/>
          </w:tcPr>
          <w:p w14:paraId="255112BA" w14:textId="77777777" w:rsidR="000D19D4" w:rsidRPr="00191BF1" w:rsidRDefault="000D19D4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0D19D4" w:rsidRPr="00191BF1" w14:paraId="03CE9936" w14:textId="77777777">
        <w:trPr>
          <w:trHeight w:hRule="exact" w:val="765"/>
          <w:jc w:val="center"/>
        </w:trPr>
        <w:tc>
          <w:tcPr>
            <w:tcW w:w="567" w:type="dxa"/>
            <w:vAlign w:val="center"/>
          </w:tcPr>
          <w:p w14:paraId="14DF77E7" w14:textId="77777777" w:rsidR="000D19D4" w:rsidRPr="00191BF1" w:rsidRDefault="000643D5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  <w:r w:rsidRPr="00191BF1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2721" w:type="dxa"/>
            <w:vAlign w:val="center"/>
          </w:tcPr>
          <w:p w14:paraId="5C079C80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2098" w:type="dxa"/>
            <w:vAlign w:val="center"/>
          </w:tcPr>
          <w:p w14:paraId="2B0BD48F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2324" w:type="dxa"/>
            <w:vAlign w:val="center"/>
          </w:tcPr>
          <w:p w14:paraId="7FE647AA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4422" w:type="dxa"/>
            <w:vAlign w:val="center"/>
          </w:tcPr>
          <w:p w14:paraId="40583D2B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1587" w:type="dxa"/>
            <w:vAlign w:val="center"/>
          </w:tcPr>
          <w:p w14:paraId="142F7091" w14:textId="77777777" w:rsidR="000D19D4" w:rsidRPr="00191BF1" w:rsidRDefault="000D19D4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28" w:type="dxa"/>
            <w:vAlign w:val="center"/>
          </w:tcPr>
          <w:p w14:paraId="7AFE2B43" w14:textId="77777777" w:rsidR="000D19D4" w:rsidRPr="00191BF1" w:rsidRDefault="000D19D4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0D19D4" w:rsidRPr="00191BF1" w14:paraId="0457A9D8" w14:textId="77777777">
        <w:trPr>
          <w:trHeight w:hRule="exact" w:val="765"/>
          <w:jc w:val="center"/>
        </w:trPr>
        <w:tc>
          <w:tcPr>
            <w:tcW w:w="567" w:type="dxa"/>
            <w:vAlign w:val="center"/>
          </w:tcPr>
          <w:p w14:paraId="27D86770" w14:textId="77777777" w:rsidR="000D19D4" w:rsidRPr="00191BF1" w:rsidRDefault="000643D5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  <w:r w:rsidRPr="00191BF1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721" w:type="dxa"/>
            <w:vAlign w:val="center"/>
          </w:tcPr>
          <w:p w14:paraId="3404FDB8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2098" w:type="dxa"/>
            <w:vAlign w:val="center"/>
          </w:tcPr>
          <w:p w14:paraId="3E864101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2324" w:type="dxa"/>
            <w:vAlign w:val="center"/>
          </w:tcPr>
          <w:p w14:paraId="3F788FF1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4422" w:type="dxa"/>
            <w:vAlign w:val="center"/>
          </w:tcPr>
          <w:p w14:paraId="0F36DC75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1587" w:type="dxa"/>
            <w:vAlign w:val="center"/>
          </w:tcPr>
          <w:p w14:paraId="46B4280E" w14:textId="77777777" w:rsidR="000D19D4" w:rsidRPr="00191BF1" w:rsidRDefault="000D19D4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28" w:type="dxa"/>
            <w:vAlign w:val="center"/>
          </w:tcPr>
          <w:p w14:paraId="087179BB" w14:textId="77777777" w:rsidR="000D19D4" w:rsidRPr="00191BF1" w:rsidRDefault="000D19D4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0D19D4" w:rsidRPr="00191BF1" w14:paraId="2FB64ACB" w14:textId="77777777">
        <w:trPr>
          <w:trHeight w:hRule="exact" w:val="765"/>
          <w:jc w:val="center"/>
        </w:trPr>
        <w:tc>
          <w:tcPr>
            <w:tcW w:w="567" w:type="dxa"/>
            <w:vAlign w:val="center"/>
          </w:tcPr>
          <w:p w14:paraId="321B6BB5" w14:textId="77777777" w:rsidR="000D19D4" w:rsidRPr="00191BF1" w:rsidRDefault="000643D5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  <w:r w:rsidRPr="00191BF1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2721" w:type="dxa"/>
            <w:vAlign w:val="center"/>
          </w:tcPr>
          <w:p w14:paraId="60FFC6FC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2098" w:type="dxa"/>
            <w:vAlign w:val="center"/>
          </w:tcPr>
          <w:p w14:paraId="4F818F48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2324" w:type="dxa"/>
            <w:vAlign w:val="center"/>
          </w:tcPr>
          <w:p w14:paraId="38629FEA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4422" w:type="dxa"/>
            <w:vAlign w:val="center"/>
          </w:tcPr>
          <w:p w14:paraId="3A9D96EB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1587" w:type="dxa"/>
            <w:vAlign w:val="center"/>
          </w:tcPr>
          <w:p w14:paraId="4AB39714" w14:textId="77777777" w:rsidR="000D19D4" w:rsidRPr="00191BF1" w:rsidRDefault="000D19D4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28" w:type="dxa"/>
            <w:vAlign w:val="center"/>
          </w:tcPr>
          <w:p w14:paraId="66B7AEB5" w14:textId="77777777" w:rsidR="000D19D4" w:rsidRPr="00191BF1" w:rsidRDefault="000D19D4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0D19D4" w:rsidRPr="00191BF1" w14:paraId="2758CBA2" w14:textId="77777777">
        <w:trPr>
          <w:trHeight w:hRule="exact" w:val="765"/>
          <w:jc w:val="center"/>
        </w:trPr>
        <w:tc>
          <w:tcPr>
            <w:tcW w:w="567" w:type="dxa"/>
            <w:vAlign w:val="center"/>
          </w:tcPr>
          <w:p w14:paraId="7F601CF1" w14:textId="77777777" w:rsidR="000D19D4" w:rsidRPr="00191BF1" w:rsidRDefault="000643D5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  <w:r w:rsidRPr="00191BF1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2721" w:type="dxa"/>
            <w:vAlign w:val="center"/>
          </w:tcPr>
          <w:p w14:paraId="25434988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2098" w:type="dxa"/>
            <w:vAlign w:val="center"/>
          </w:tcPr>
          <w:p w14:paraId="2168A32D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2324" w:type="dxa"/>
            <w:vAlign w:val="center"/>
          </w:tcPr>
          <w:p w14:paraId="4648B4BD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4422" w:type="dxa"/>
            <w:vAlign w:val="center"/>
          </w:tcPr>
          <w:p w14:paraId="6E4A83C2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1587" w:type="dxa"/>
            <w:vAlign w:val="center"/>
          </w:tcPr>
          <w:p w14:paraId="3BADA628" w14:textId="77777777" w:rsidR="000D19D4" w:rsidRPr="00191BF1" w:rsidRDefault="000D19D4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28" w:type="dxa"/>
            <w:vAlign w:val="center"/>
          </w:tcPr>
          <w:p w14:paraId="0FCC2FF7" w14:textId="77777777" w:rsidR="000D19D4" w:rsidRPr="00191BF1" w:rsidRDefault="000D19D4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0D19D4" w:rsidRPr="00191BF1" w14:paraId="1DD0B5EB" w14:textId="77777777">
        <w:trPr>
          <w:trHeight w:hRule="exact" w:val="765"/>
          <w:jc w:val="center"/>
        </w:trPr>
        <w:tc>
          <w:tcPr>
            <w:tcW w:w="567" w:type="dxa"/>
            <w:vAlign w:val="center"/>
          </w:tcPr>
          <w:p w14:paraId="1488C279" w14:textId="77777777" w:rsidR="000D19D4" w:rsidRPr="00191BF1" w:rsidRDefault="000643D5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  <w:r w:rsidRPr="00191BF1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2721" w:type="dxa"/>
            <w:vAlign w:val="center"/>
          </w:tcPr>
          <w:p w14:paraId="5D994D69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2098" w:type="dxa"/>
            <w:vAlign w:val="center"/>
          </w:tcPr>
          <w:p w14:paraId="5D3B8A7D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2324" w:type="dxa"/>
            <w:vAlign w:val="center"/>
          </w:tcPr>
          <w:p w14:paraId="503CB2FA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4422" w:type="dxa"/>
            <w:vAlign w:val="center"/>
          </w:tcPr>
          <w:p w14:paraId="43AB0B4B" w14:textId="77777777" w:rsidR="000D19D4" w:rsidRPr="00191BF1" w:rsidRDefault="000D19D4">
            <w:pPr>
              <w:spacing w:after="0"/>
              <w:rPr>
                <w:sz w:val="24"/>
                <w:szCs w:val="24"/>
                <w:lang w:val="uk-UA"/>
              </w:rPr>
            </w:pPr>
          </w:p>
        </w:tc>
        <w:tc>
          <w:tcPr>
            <w:tcW w:w="1587" w:type="dxa"/>
            <w:vAlign w:val="center"/>
          </w:tcPr>
          <w:p w14:paraId="13DD1A5C" w14:textId="77777777" w:rsidR="000D19D4" w:rsidRPr="00191BF1" w:rsidRDefault="000D19D4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28" w:type="dxa"/>
            <w:vAlign w:val="center"/>
          </w:tcPr>
          <w:p w14:paraId="2448F44B" w14:textId="77777777" w:rsidR="000D19D4" w:rsidRPr="00191BF1" w:rsidRDefault="000D19D4">
            <w:pPr>
              <w:spacing w:after="0"/>
              <w:jc w:val="center"/>
              <w:rPr>
                <w:sz w:val="24"/>
                <w:szCs w:val="24"/>
                <w:lang w:val="uk-UA"/>
              </w:rPr>
            </w:pPr>
          </w:p>
        </w:tc>
      </w:tr>
    </w:tbl>
    <w:p w14:paraId="6ADFB596" w14:textId="77777777" w:rsidR="000D19D4" w:rsidRPr="00191BF1" w:rsidRDefault="000643D5" w:rsidP="00191BF1">
      <w:pPr>
        <w:spacing w:before="40" w:after="0" w:line="240" w:lineRule="auto"/>
        <w:jc w:val="both"/>
        <w:rPr>
          <w:sz w:val="20"/>
          <w:szCs w:val="20"/>
          <w:lang w:val="uk-UA"/>
        </w:rPr>
      </w:pPr>
      <w:r w:rsidRPr="00191BF1">
        <w:rPr>
          <w:i/>
          <w:sz w:val="20"/>
          <w:szCs w:val="20"/>
          <w:lang w:val="uk-UA"/>
        </w:rPr>
        <w:t xml:space="preserve">Примітка: завдання визначаються відповідно до чинних робочих програм освітніх компонентів. Індивідуальна організація навчання не зменшує обсяг навчальної роботи та не змінює встановлені форми </w:t>
      </w:r>
      <w:r w:rsidRPr="00191BF1">
        <w:rPr>
          <w:i/>
          <w:sz w:val="20"/>
          <w:szCs w:val="20"/>
          <w:lang w:val="uk-UA"/>
        </w:rPr>
        <w:t>семестрового контролю й атестації.</w:t>
      </w:r>
    </w:p>
    <w:p w14:paraId="234624B2" w14:textId="77777777" w:rsidR="000D19D4" w:rsidRPr="00191BF1" w:rsidRDefault="000643D5" w:rsidP="00191BF1">
      <w:pPr>
        <w:spacing w:after="0" w:line="240" w:lineRule="auto"/>
        <w:jc w:val="both"/>
        <w:rPr>
          <w:sz w:val="20"/>
          <w:szCs w:val="20"/>
          <w:lang w:val="uk-UA"/>
        </w:rPr>
      </w:pPr>
      <w:r w:rsidRPr="00191BF1">
        <w:rPr>
          <w:i/>
          <w:sz w:val="20"/>
          <w:szCs w:val="20"/>
          <w:lang w:val="uk-UA"/>
        </w:rPr>
        <w:t>З кожної освітньої компоненти здобувач виконує всі обов’язкові види робіт і контрольні заходи, необхідні для досягнення передбачених результатів навчання та допуску до семестрового контролю.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2268"/>
        <w:gridCol w:w="3515"/>
        <w:gridCol w:w="5953"/>
      </w:tblGrid>
      <w:tr w:rsidR="000D19D4" w:rsidRPr="00191BF1" w14:paraId="0B91B485" w14:textId="77777777">
        <w:tc>
          <w:tcPr>
            <w:tcW w:w="3061" w:type="dxa"/>
          </w:tcPr>
          <w:p w14:paraId="6071886C" w14:textId="77777777" w:rsidR="00191BF1" w:rsidRDefault="00191BF1">
            <w:pPr>
              <w:spacing w:after="0"/>
              <w:rPr>
                <w:b/>
                <w:sz w:val="24"/>
                <w:szCs w:val="24"/>
                <w:lang w:val="uk-UA"/>
              </w:rPr>
            </w:pPr>
          </w:p>
          <w:p w14:paraId="54FA750A" w14:textId="2D102BEA" w:rsidR="000D19D4" w:rsidRPr="00191BF1" w:rsidRDefault="000643D5">
            <w:pPr>
              <w:spacing w:after="0"/>
              <w:rPr>
                <w:sz w:val="24"/>
                <w:szCs w:val="24"/>
                <w:lang w:val="uk-UA"/>
              </w:rPr>
            </w:pPr>
            <w:r w:rsidRPr="00191BF1">
              <w:rPr>
                <w:b/>
                <w:sz w:val="24"/>
                <w:szCs w:val="24"/>
                <w:lang w:val="uk-UA"/>
              </w:rPr>
              <w:t>З планом ознайомлений(а):</w:t>
            </w:r>
          </w:p>
        </w:tc>
        <w:tc>
          <w:tcPr>
            <w:tcW w:w="2268" w:type="dxa"/>
          </w:tcPr>
          <w:p w14:paraId="67021461" w14:textId="77777777" w:rsidR="00191BF1" w:rsidRDefault="00191BF1">
            <w:pPr>
              <w:spacing w:after="0"/>
              <w:rPr>
                <w:sz w:val="24"/>
                <w:szCs w:val="24"/>
                <w:lang w:val="uk-UA"/>
              </w:rPr>
            </w:pPr>
          </w:p>
          <w:p w14:paraId="2768D933" w14:textId="29957DA6" w:rsidR="000D19D4" w:rsidRPr="00191BF1" w:rsidRDefault="000643D5">
            <w:pPr>
              <w:spacing w:after="0"/>
              <w:rPr>
                <w:sz w:val="24"/>
                <w:szCs w:val="24"/>
                <w:lang w:val="uk-UA"/>
              </w:rPr>
            </w:pPr>
            <w:r w:rsidRPr="00191BF1">
              <w:rPr>
                <w:sz w:val="24"/>
                <w:szCs w:val="24"/>
                <w:lang w:val="uk-UA"/>
              </w:rPr>
              <w:t>____</w:t>
            </w:r>
            <w:r w:rsidRPr="00191BF1">
              <w:rPr>
                <w:sz w:val="24"/>
                <w:szCs w:val="24"/>
                <w:lang w:val="uk-UA"/>
              </w:rPr>
              <w:t>____________</w:t>
            </w:r>
          </w:p>
        </w:tc>
        <w:tc>
          <w:tcPr>
            <w:tcW w:w="3515" w:type="dxa"/>
          </w:tcPr>
          <w:p w14:paraId="5DB2A5F5" w14:textId="77777777" w:rsidR="00191BF1" w:rsidRDefault="00191BF1">
            <w:pPr>
              <w:spacing w:after="0"/>
              <w:rPr>
                <w:b/>
                <w:sz w:val="24"/>
                <w:szCs w:val="24"/>
                <w:lang w:val="uk-UA"/>
              </w:rPr>
            </w:pPr>
          </w:p>
          <w:p w14:paraId="7C6147D3" w14:textId="51EF2030" w:rsidR="000D19D4" w:rsidRPr="00191BF1" w:rsidRDefault="000643D5">
            <w:pPr>
              <w:spacing w:after="0"/>
              <w:rPr>
                <w:sz w:val="24"/>
                <w:szCs w:val="24"/>
                <w:lang w:val="uk-UA"/>
              </w:rPr>
            </w:pPr>
            <w:r w:rsidRPr="00191BF1">
              <w:rPr>
                <w:b/>
                <w:sz w:val="24"/>
                <w:szCs w:val="24"/>
                <w:lang w:val="uk-UA"/>
              </w:rPr>
              <w:t>Здобувач(ка)</w:t>
            </w:r>
          </w:p>
        </w:tc>
        <w:tc>
          <w:tcPr>
            <w:tcW w:w="5953" w:type="dxa"/>
          </w:tcPr>
          <w:p w14:paraId="5FDFF976" w14:textId="77777777" w:rsidR="00191BF1" w:rsidRDefault="00191BF1">
            <w:pPr>
              <w:spacing w:after="0"/>
              <w:rPr>
                <w:sz w:val="24"/>
                <w:szCs w:val="24"/>
                <w:lang w:val="uk-UA"/>
              </w:rPr>
            </w:pPr>
          </w:p>
          <w:p w14:paraId="3B0D62BD" w14:textId="55D4CD97" w:rsidR="000D19D4" w:rsidRPr="00191BF1" w:rsidRDefault="000643D5">
            <w:pPr>
              <w:spacing w:after="0"/>
              <w:rPr>
                <w:sz w:val="24"/>
                <w:szCs w:val="24"/>
                <w:lang w:val="uk-UA"/>
              </w:rPr>
            </w:pPr>
            <w:r w:rsidRPr="00191BF1">
              <w:rPr>
                <w:sz w:val="24"/>
                <w:szCs w:val="24"/>
                <w:lang w:val="uk-UA"/>
              </w:rPr>
              <w:t>________________________</w:t>
            </w:r>
          </w:p>
        </w:tc>
      </w:tr>
      <w:tr w:rsidR="000D19D4" w:rsidRPr="00191BF1" w14:paraId="1A7E69DA" w14:textId="77777777">
        <w:tc>
          <w:tcPr>
            <w:tcW w:w="3061" w:type="dxa"/>
          </w:tcPr>
          <w:p w14:paraId="486C2154" w14:textId="77777777" w:rsidR="00191BF1" w:rsidRDefault="00191BF1">
            <w:pPr>
              <w:spacing w:after="0"/>
              <w:rPr>
                <w:b/>
                <w:sz w:val="24"/>
                <w:szCs w:val="24"/>
                <w:lang w:val="uk-UA"/>
              </w:rPr>
            </w:pPr>
          </w:p>
          <w:p w14:paraId="6FC70D35" w14:textId="7E8B7DF5" w:rsidR="000D19D4" w:rsidRPr="00191BF1" w:rsidRDefault="000643D5">
            <w:pPr>
              <w:spacing w:after="0"/>
              <w:rPr>
                <w:sz w:val="24"/>
                <w:szCs w:val="24"/>
                <w:lang w:val="uk-UA"/>
              </w:rPr>
            </w:pPr>
            <w:r w:rsidRPr="00191BF1">
              <w:rPr>
                <w:b/>
                <w:sz w:val="24"/>
                <w:szCs w:val="24"/>
                <w:lang w:val="uk-UA"/>
              </w:rPr>
              <w:t>Погоджено: гарант ОП</w:t>
            </w:r>
          </w:p>
        </w:tc>
        <w:tc>
          <w:tcPr>
            <w:tcW w:w="2268" w:type="dxa"/>
          </w:tcPr>
          <w:p w14:paraId="0D31EB98" w14:textId="77777777" w:rsidR="00191BF1" w:rsidRDefault="00191BF1">
            <w:pPr>
              <w:spacing w:after="0"/>
              <w:rPr>
                <w:sz w:val="24"/>
                <w:szCs w:val="24"/>
                <w:lang w:val="uk-UA"/>
              </w:rPr>
            </w:pPr>
          </w:p>
          <w:p w14:paraId="4252A19D" w14:textId="77478122" w:rsidR="000D19D4" w:rsidRPr="00191BF1" w:rsidRDefault="000643D5">
            <w:pPr>
              <w:spacing w:after="0"/>
              <w:rPr>
                <w:sz w:val="24"/>
                <w:szCs w:val="24"/>
                <w:lang w:val="uk-UA"/>
              </w:rPr>
            </w:pPr>
            <w:r w:rsidRPr="00191BF1">
              <w:rPr>
                <w:sz w:val="24"/>
                <w:szCs w:val="24"/>
                <w:lang w:val="uk-UA"/>
              </w:rPr>
              <w:t>________________</w:t>
            </w:r>
          </w:p>
        </w:tc>
        <w:tc>
          <w:tcPr>
            <w:tcW w:w="3515" w:type="dxa"/>
          </w:tcPr>
          <w:p w14:paraId="44BAEBA6" w14:textId="77777777" w:rsidR="00191BF1" w:rsidRDefault="00191BF1">
            <w:pPr>
              <w:spacing w:after="0"/>
              <w:rPr>
                <w:b/>
                <w:sz w:val="24"/>
                <w:szCs w:val="24"/>
                <w:lang w:val="uk-UA"/>
              </w:rPr>
            </w:pPr>
          </w:p>
          <w:p w14:paraId="770EEB82" w14:textId="4F27CB9B" w:rsidR="000D19D4" w:rsidRPr="00191BF1" w:rsidRDefault="000643D5">
            <w:pPr>
              <w:spacing w:after="0"/>
              <w:rPr>
                <w:sz w:val="24"/>
                <w:szCs w:val="24"/>
                <w:lang w:val="uk-UA"/>
              </w:rPr>
            </w:pPr>
            <w:r w:rsidRPr="00191BF1">
              <w:rPr>
                <w:b/>
                <w:sz w:val="24"/>
                <w:szCs w:val="24"/>
                <w:lang w:val="uk-UA"/>
              </w:rPr>
              <w:t>Декан / заступник декана</w:t>
            </w:r>
          </w:p>
        </w:tc>
        <w:tc>
          <w:tcPr>
            <w:tcW w:w="5953" w:type="dxa"/>
          </w:tcPr>
          <w:p w14:paraId="6A912736" w14:textId="77777777" w:rsidR="00191BF1" w:rsidRDefault="00191BF1">
            <w:pPr>
              <w:spacing w:after="0"/>
              <w:rPr>
                <w:sz w:val="24"/>
                <w:szCs w:val="24"/>
                <w:lang w:val="uk-UA"/>
              </w:rPr>
            </w:pPr>
          </w:p>
          <w:p w14:paraId="126DD483" w14:textId="2E721B61" w:rsidR="000D19D4" w:rsidRPr="00191BF1" w:rsidRDefault="000643D5">
            <w:pPr>
              <w:spacing w:after="0"/>
              <w:rPr>
                <w:sz w:val="24"/>
                <w:szCs w:val="24"/>
                <w:lang w:val="uk-UA"/>
              </w:rPr>
            </w:pPr>
            <w:r w:rsidRPr="00191BF1">
              <w:rPr>
                <w:sz w:val="24"/>
                <w:szCs w:val="24"/>
                <w:lang w:val="uk-UA"/>
              </w:rPr>
              <w:t>________________________</w:t>
            </w:r>
          </w:p>
        </w:tc>
      </w:tr>
    </w:tbl>
    <w:p w14:paraId="7EAF95E0" w14:textId="77777777" w:rsidR="000643D5" w:rsidRPr="00191BF1" w:rsidRDefault="000643D5">
      <w:pPr>
        <w:rPr>
          <w:lang w:val="uk-UA"/>
        </w:rPr>
      </w:pPr>
    </w:p>
    <w:sectPr w:rsidR="000643D5" w:rsidRPr="00191BF1" w:rsidSect="00191BF1">
      <w:pgSz w:w="16838" w:h="11906" w:orient="landscape"/>
      <w:pgMar w:top="510" w:right="680" w:bottom="284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43D5"/>
    <w:rsid w:val="000D19D4"/>
    <w:rsid w:val="0015074B"/>
    <w:rsid w:val="00191BF1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036E6E"/>
  <w14:defaultImageDpi w14:val="300"/>
  <w15:docId w15:val="{46E59127-F7BB-4C2A-B6B2-F2B535E4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2026-09-05T16:35:00Z</dcterms:created>
  <dcterms:modified xsi:type="dcterms:W3CDTF">2026-09-05T16:35:00Z</dcterms:modified>
  <cp:category/>
</cp:coreProperties>
</file>